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קירוב, שברים, אחוזים וגיאומטריה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קירוב מספרים, סדר פעולות חשבון ועבודה עם שברים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היקף, שטח ונפח ופריסות 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הסבר מילולי של דרכי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0.09 &lt; 0.9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בסיסי בסדר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פי 2 ואז פי 3 נותן גידול פי 6, לא פי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50 מתוך 100 הוא 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הגוף לתכונה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 לה 6 פאות ריבועיות 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 לה 6 פאות מלבניות)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(שתי פאות משולשות ושלוש מלבניות)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(בסיס מרובע וארבע פאות משולשות הנפגשות בקודקוד)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פתרו וכתבו דרך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72 הם 3/5 מהדרך, לכן כל הדרך = 72:3×5 = 120 ק"מ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את דרך החשיבה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מסביר/ה שמעגלים כל מספר - 0.51 קרוב ל-0.5 ו-398 קרוב ל-400, ו-0.5×400=200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וחיסור, אלא אם יש 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מעגלים כל גורם למספר נוח וכופלים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בזוגות את שאלות הקירוב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על הלוח תרגיל אחד עם סדר פעולות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קירוב, שברים, אחוזים וגיאומטריה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נושאים מרכזיים לקראת מבחן בחשבון: קירוב מספרים, שברים ואחוזים, וגיאומטריה כמו היקף, שטח ונפח.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240  ·  6  ·  110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נתרמו 912,600 ספרים. כמה בערך חסר כדי להגיע למיליון?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שווה 0.09 לעומת 0.9?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0.09 &gt;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0.09 &lt;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0.09 =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25% מתוך 60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סדר הפעולות קובע שכפל וחילוק מבוצעים לפני חיבור וחיסור, אלא אם כן יש סוגריים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מספר גדל פי 2 ועוד פי 3, הוא גדל בסך הכל פי 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50% שווה בדיוק לחצי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8,400 : 35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150 − 48 : 6 × 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1.2 × 5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הגוף לתכונה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קובייה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בסיס מרובע וארבע פאות משולשות הנפגשות בקודקוד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שתי פאות משולשות ושלוש מלבניות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מנסרה משולשת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 לה 6 פאות ריבועיות 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פירמידה מרובעת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 לה 6 פאות מלבניות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פתרו וכתבו דרך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משפחה נסעה למקום מסוים. אחרי שעברו 2/5 מהדרך נותרו 72 ק"מ. מה אורך כל הדרך?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הסבירו את דרך החשיבה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אפשר לדעת שהמכפלה 0.51×398 קרובה ל-200, בלי לחשב את המכפלה המדויקת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הכלל של סדר פעולות חשבון?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– קירוב, שברים, אחוזים וגיאומטריה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