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קירוב, שברים, אחוזים וגיאומטריה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קירוב מספרים, סדר פעולות חשבון ועבודה עם שברים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היקף, שטח ונפח ופריסות 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הסבר מילולי של דרכי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0.09 &lt; 0.9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125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בסיסי בסדר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פי 2 ואז פי 3 נותן גידול פי 6, לא פי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50 מתוך 100 הוא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הגדרת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שיהיה אותו היקף אך שטח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נפח תלוי במכפלת שלושת הממדים ולא בצורה החיצונית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5/6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6. 3.35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הגוף לתכונה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 לה 6 פאות ריבועיות 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(יש לה 6 פאות מלבניות)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(שתי פאות משולשות ושלוש מלבניות)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(בסיס מרובע וארבע פאות משולשות הנפגשות בקודקוד)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 פאות עגולות ומשטח מעוקל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פתרו וכתבו דרך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72 הם 3/5 מהדרך, לכן כל הדרך = 72:3×5 = 120 ק"מ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סה"כ מושבים 600, 25% מהם 150 כרטיסים, 150×32=4,800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נפח הקובייה 216 סמ"ק, לדוגמה תיבה 2×4×27 או 3×6×12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את דרך החשיבה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מסביר/ה שמעגלים כל מספר - 0.51 קרוב ל-0.5 ו-398 קרוב ל-400, ו-0.5×400=200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בודק/ת שהמספרים יוצאים שלמים: 1/5 מ-80=16, 45% מ-80=36, שאר=28, כל המספרים שלמים ולכן אפשרי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וחיסור, אלא אם יש 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מעגלים כל גורם למספר נוח וכופלים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בזוגות את שאלות הקירוב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על הלוח תרגיל אחד עם סדר פעולות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קירוב, שברים, אחוזים וגיאומטריה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נושאים מרכזיים לקראת מבחן בחשבון: קירוב מספרים, שברים ואחוזים, וגיאומטריה כמו היקף, שטח ונפח.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נתרמו 912,600 ספרים. כמה בערך חסר כדי להגיע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שווה 0.09 לעומת 0.9?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0.09 &gt;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0.09 &lt;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0.09 =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25% מתוך 60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המכפלה 0.49 × 402 קרובה ביותר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סמ״ר שטח ריבוע שצלעו 4 ס״מ?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קובייה שאורך צלעה 5 ס״מ - מה נפחה בסמ״ק?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הפעולות קובע שכפל וחילוק מבוצעים לפני חיבור וחיסור, אלא אם כן יש סוגריים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מספר גדל פי 2 ועוד פי 3, הוא גדל בסך הכל פי 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שווה בדיוק לחצי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מלבן יש בדיוק 4 זוויות ישרות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שתי צורות בעלות אותו היקף, בהכרח יש להן גם אותו 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קובייה ותיבה יכולות להיות בעלות אותו נפח גם אם צורתן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8,400 : 35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150 − 48 : 6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1.2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3 − 1.25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2/3 + 1/6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4.1 − 0.3 × 2.5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הגוף לתכונה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קובייה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בסיס מרובע וארבע פאות משולשות הנפגשות בקודקוד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פאות עגולות ומשטח מעוקל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מנסרה משולשת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לה 6 פאות ריבועיות 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 מרובעת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 פאות משולשות ושלוש מלבניות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לה 6 פאות מלבניות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פתרו וכתבו דרך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משפחה נסעה למקום מסוים. אחרי שעברו 2/5 מהדרך נותרו 72 ק"מ. מה אורך כל הדרך?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באולם קולנוע 20 שורות עם 30 מושבים בכל שורה. כרטיס עולה 32 ש"ח. קבוצה רכשה 25% מהכרטיסים. כמה שילמה הקבוצה?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קובייה שאורך צלעה 6 ס"מ. חשבו את נפחה, וכתבו מידות תיבה בעלת אותו נפח (מספרים שלמים, לא קובייה)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את דרך החשיבה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שהמכפלה 0.51×398 קרובה ל-200, בלי לחשב את המכפלה המדויקת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יש 80 תלמידים. 1/5 בחרו כדורסל ו-45% בחרו כדורגל. האם ייתכן שהנתונים האלו מדויקים?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הכלל של סדר פעולות חשבון?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אם מספר הוא קירוב טוב למכפלה נתונה?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– קירוב, שברים, אחוזים וגיאומטריה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